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01D0F" w14:textId="77777777" w:rsidR="004F69D3" w:rsidRPr="00715860" w:rsidRDefault="00000000">
      <w:pPr>
        <w:pStyle w:val="Heading1"/>
        <w:jc w:val="center"/>
        <w:rPr>
          <w:color w:val="auto"/>
          <w:sz w:val="44"/>
          <w:szCs w:val="44"/>
        </w:rPr>
      </w:pPr>
      <w:r w:rsidRPr="00715860">
        <w:rPr>
          <w:color w:val="auto"/>
          <w:sz w:val="44"/>
          <w:szCs w:val="44"/>
        </w:rPr>
        <w:t>ENG101 GDB Solution</w:t>
      </w:r>
    </w:p>
    <w:p w14:paraId="45A7A1FD" w14:textId="53F6AF65" w:rsidR="004F69D3" w:rsidRPr="00715860" w:rsidRDefault="00000000" w:rsidP="00715860">
      <w:pPr>
        <w:jc w:val="center"/>
      </w:pPr>
      <w:r w:rsidRPr="00715860">
        <w:rPr>
          <w:b/>
          <w:sz w:val="48"/>
          <w:szCs w:val="36"/>
        </w:rPr>
        <w:t>VU LEARNING HUB</w:t>
      </w:r>
      <w:r w:rsidRPr="00715860">
        <w:rPr>
          <w:b/>
          <w:sz w:val="48"/>
          <w:szCs w:val="36"/>
        </w:rPr>
        <w:br/>
      </w:r>
      <w:r w:rsidRPr="00715860">
        <w:rPr>
          <w:b/>
          <w:sz w:val="32"/>
        </w:rPr>
        <w:br/>
      </w:r>
    </w:p>
    <w:p w14:paraId="4AFE4312" w14:textId="77777777" w:rsidR="004F69D3" w:rsidRPr="00715860" w:rsidRDefault="00000000">
      <w:r w:rsidRPr="00715860">
        <w:rPr>
          <w:sz w:val="24"/>
        </w:rPr>
        <w:t>Graphs and charts make information much easier to read and understand because they present data in a visual form. Instead of reading long paragraphs or many numbers, a reader can quickly identify patterns, trends, comparisons, and changes. Visual representations reduce confusion and save time, especially when dealing with large amounts of information. They also improve memory because people often remember images better than plain text. However, written text is still important because it explains details, reasons, and background that a graph alone cannot provide. In my opinion, the best understanding comes from using both graphs and written explanations together.</w:t>
      </w:r>
      <w:r w:rsidRPr="00715860">
        <w:rPr>
          <w:sz w:val="24"/>
        </w:rPr>
        <w:br/>
      </w:r>
      <w:r w:rsidRPr="00715860">
        <w:rPr>
          <w:sz w:val="24"/>
        </w:rPr>
        <w:br/>
        <w:t>A good example from academic life is the result of a class test. If the teacher provides only a table of marks, students must read every score to compare performance. A bar chart immediately shows which students scored the highest, the class average, and the difference between marks. Students can understand the overall result within a few seconds without carefully reading every number. Therefore, graphical representations make learning faster, easier, and more effective, while written text provides the explanation needed to fully understand the information.</w:t>
      </w:r>
    </w:p>
    <w:sectPr w:rsidR="004F69D3" w:rsidRPr="00715860"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397BBD" w14:textId="77777777" w:rsidR="007166F5" w:rsidRDefault="007166F5">
      <w:pPr>
        <w:spacing w:after="0" w:line="240" w:lineRule="auto"/>
      </w:pPr>
      <w:r>
        <w:separator/>
      </w:r>
    </w:p>
  </w:endnote>
  <w:endnote w:type="continuationSeparator" w:id="0">
    <w:p w14:paraId="6FF35B36" w14:textId="77777777" w:rsidR="007166F5" w:rsidRDefault="00716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B74AD7" w14:textId="77777777" w:rsidR="004F69D3" w:rsidRDefault="00000000">
    <w:pPr>
      <w:pStyle w:val="Footer"/>
      <w:jc w:val="center"/>
    </w:pPr>
    <w:r>
      <w:t>Solved by VU LEARNING HUB |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6F2ADA" w14:textId="77777777" w:rsidR="007166F5" w:rsidRDefault="007166F5">
      <w:pPr>
        <w:spacing w:after="0" w:line="240" w:lineRule="auto"/>
      </w:pPr>
      <w:r>
        <w:separator/>
      </w:r>
    </w:p>
  </w:footnote>
  <w:footnote w:type="continuationSeparator" w:id="0">
    <w:p w14:paraId="1994D003" w14:textId="77777777" w:rsidR="007166F5" w:rsidRDefault="007166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0055E" w14:textId="77777777" w:rsidR="004F69D3" w:rsidRDefault="00000000">
    <w:pPr>
      <w:pStyle w:val="Header"/>
      <w:jc w:val="center"/>
    </w:pPr>
    <w:r>
      <w:t>VU LEARNING HUB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16591761">
    <w:abstractNumId w:val="8"/>
  </w:num>
  <w:num w:numId="2" w16cid:durableId="1137576765">
    <w:abstractNumId w:val="6"/>
  </w:num>
  <w:num w:numId="3" w16cid:durableId="1390497359">
    <w:abstractNumId w:val="5"/>
  </w:num>
  <w:num w:numId="4" w16cid:durableId="58022128">
    <w:abstractNumId w:val="4"/>
  </w:num>
  <w:num w:numId="5" w16cid:durableId="631786613">
    <w:abstractNumId w:val="7"/>
  </w:num>
  <w:num w:numId="6" w16cid:durableId="1008558653">
    <w:abstractNumId w:val="3"/>
  </w:num>
  <w:num w:numId="7" w16cid:durableId="1581980967">
    <w:abstractNumId w:val="2"/>
  </w:num>
  <w:num w:numId="8" w16cid:durableId="1545751524">
    <w:abstractNumId w:val="1"/>
  </w:num>
  <w:num w:numId="9" w16cid:durableId="1496796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F69D3"/>
    <w:rsid w:val="00715860"/>
    <w:rsid w:val="007166F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4D9445"/>
  <w14:defaultImageDpi w14:val="300"/>
  <w15:docId w15:val="{051DAAC5-40DF-486E-A319-8354F39C8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zaniklawnak@gmail.com</cp:lastModifiedBy>
  <cp:revision>2</cp:revision>
  <dcterms:created xsi:type="dcterms:W3CDTF">2013-12-23T23:15:00Z</dcterms:created>
  <dcterms:modified xsi:type="dcterms:W3CDTF">2026-07-03T05:43:00Z</dcterms:modified>
  <cp:category/>
</cp:coreProperties>
</file>